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BAB80" w14:textId="77777777" w:rsidR="007D6798" w:rsidRDefault="002A3831" w:rsidP="008B17E3">
      <w:pPr>
        <w:spacing w:after="0" w:line="180" w:lineRule="auto"/>
        <w:jc w:val="center"/>
        <w:rPr>
          <w:b/>
          <w:sz w:val="36"/>
          <w:lang w:eastAsia="ko-KR"/>
        </w:rPr>
      </w:pPr>
      <w:r>
        <w:rPr>
          <w:b/>
          <w:sz w:val="36"/>
          <w:lang w:eastAsia="ko-KR"/>
        </w:rPr>
        <w:t>「</w:t>
      </w:r>
      <w:r w:rsidR="000C4F29">
        <w:rPr>
          <w:rFonts w:hint="eastAsia"/>
          <w:b/>
          <w:sz w:val="36"/>
          <w:lang w:eastAsia="ko-KR"/>
        </w:rPr>
        <w:t>5극3특 성장엔진</w:t>
      </w:r>
      <w:r>
        <w:rPr>
          <w:b/>
          <w:sz w:val="36"/>
          <w:lang w:eastAsia="ko-KR"/>
        </w:rPr>
        <w:t xml:space="preserve"> 미래지도」</w:t>
      </w:r>
      <w:r w:rsidR="000C4F29">
        <w:rPr>
          <w:rFonts w:hint="eastAsia"/>
          <w:b/>
          <w:sz w:val="36"/>
          <w:lang w:eastAsia="ko-KR"/>
        </w:rPr>
        <w:t xml:space="preserve"> </w:t>
      </w:r>
      <w:r>
        <w:rPr>
          <w:b/>
          <w:sz w:val="36"/>
          <w:lang w:eastAsia="ko-KR"/>
        </w:rPr>
        <w:t xml:space="preserve">AI 영상 공모전 </w:t>
      </w:r>
    </w:p>
    <w:p w14:paraId="1D922B30" w14:textId="709BAA3A" w:rsidR="00B47C51" w:rsidRDefault="002A3831" w:rsidP="008B17E3">
      <w:pPr>
        <w:spacing w:line="180" w:lineRule="auto"/>
        <w:jc w:val="center"/>
        <w:rPr>
          <w:lang w:eastAsia="ko-KR"/>
        </w:rPr>
      </w:pPr>
      <w:r>
        <w:rPr>
          <w:b/>
          <w:sz w:val="36"/>
          <w:lang w:eastAsia="ko-KR"/>
        </w:rPr>
        <w:t>작품 기획서</w:t>
      </w:r>
      <w:r w:rsidR="007D6798">
        <w:rPr>
          <w:rFonts w:hint="eastAsia"/>
          <w:b/>
          <w:sz w:val="36"/>
          <w:lang w:eastAsia="ko-KR"/>
        </w:rPr>
        <w:t xml:space="preserve"> 및 개인정보 이용동의서</w:t>
      </w:r>
    </w:p>
    <w:p w14:paraId="0B8F8B7C" w14:textId="77777777" w:rsidR="00B47C51" w:rsidRPr="000C4F29" w:rsidRDefault="002A3831">
      <w:pPr>
        <w:spacing w:before="120" w:after="80"/>
        <w:rPr>
          <w:sz w:val="22"/>
          <w:szCs w:val="24"/>
        </w:rPr>
      </w:pPr>
      <w:r w:rsidRPr="000C4F29">
        <w:rPr>
          <w:b/>
          <w:sz w:val="28"/>
          <w:szCs w:val="24"/>
        </w:rPr>
        <w:t xml:space="preserve">1. </w:t>
      </w:r>
      <w:proofErr w:type="spellStart"/>
      <w:r w:rsidRPr="000C4F29">
        <w:rPr>
          <w:b/>
          <w:sz w:val="28"/>
          <w:szCs w:val="24"/>
        </w:rPr>
        <w:t>참가자</w:t>
      </w:r>
      <w:proofErr w:type="spellEnd"/>
      <w:r w:rsidRPr="000C4F29">
        <w:rPr>
          <w:b/>
          <w:sz w:val="28"/>
          <w:szCs w:val="24"/>
        </w:rPr>
        <w:t xml:space="preserve"> </w:t>
      </w:r>
      <w:proofErr w:type="spellStart"/>
      <w:r w:rsidRPr="000C4F29">
        <w:rPr>
          <w:b/>
          <w:sz w:val="28"/>
          <w:szCs w:val="24"/>
        </w:rPr>
        <w:t>정보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3005"/>
        <w:gridCol w:w="1984"/>
        <w:gridCol w:w="3005"/>
      </w:tblGrid>
      <w:tr w:rsidR="007D6798" w14:paraId="197D5231" w14:textId="77777777" w:rsidTr="00265B95">
        <w:trPr>
          <w:trHeight w:val="624"/>
          <w:jc w:val="center"/>
        </w:trPr>
        <w:tc>
          <w:tcPr>
            <w:tcW w:w="1984" w:type="dxa"/>
            <w:shd w:val="clear" w:color="auto" w:fill="E7E6E6"/>
            <w:vAlign w:val="center"/>
          </w:tcPr>
          <w:p w14:paraId="1CE6CC9F" w14:textId="77777777" w:rsidR="007D6798" w:rsidRPr="000C4F29" w:rsidRDefault="007D6798">
            <w:pPr>
              <w:jc w:val="center"/>
              <w:rPr>
                <w:sz w:val="24"/>
                <w:szCs w:val="32"/>
              </w:rPr>
            </w:pPr>
            <w:proofErr w:type="spellStart"/>
            <w:r w:rsidRPr="000C4F29">
              <w:rPr>
                <w:b/>
                <w:sz w:val="24"/>
                <w:szCs w:val="32"/>
              </w:rPr>
              <w:t>신청자명</w:t>
            </w:r>
            <w:proofErr w:type="spellEnd"/>
            <w:r w:rsidRPr="000C4F29">
              <w:rPr>
                <w:b/>
                <w:szCs w:val="24"/>
              </w:rPr>
              <w:t>(</w:t>
            </w:r>
            <w:proofErr w:type="spellStart"/>
            <w:r w:rsidRPr="000C4F29">
              <w:rPr>
                <w:b/>
                <w:szCs w:val="24"/>
              </w:rPr>
              <w:t>팀명</w:t>
            </w:r>
            <w:proofErr w:type="spellEnd"/>
            <w:r w:rsidRPr="000C4F29">
              <w:rPr>
                <w:b/>
                <w:szCs w:val="24"/>
              </w:rPr>
              <w:t>)</w:t>
            </w:r>
          </w:p>
        </w:tc>
        <w:tc>
          <w:tcPr>
            <w:tcW w:w="7994" w:type="dxa"/>
            <w:gridSpan w:val="3"/>
            <w:vAlign w:val="center"/>
          </w:tcPr>
          <w:p w14:paraId="4E471F01" w14:textId="453CDC82" w:rsidR="007D6798" w:rsidRPr="000C4F29" w:rsidRDefault="007D6798">
            <w:pPr>
              <w:rPr>
                <w:sz w:val="24"/>
                <w:szCs w:val="32"/>
              </w:rPr>
            </w:pPr>
            <w:r w:rsidRPr="000C4F29">
              <w:rPr>
                <w:sz w:val="24"/>
                <w:szCs w:val="32"/>
              </w:rPr>
              <w:t xml:space="preserve"> </w:t>
            </w:r>
          </w:p>
        </w:tc>
      </w:tr>
      <w:tr w:rsidR="000C4F29" w14:paraId="53300B53" w14:textId="77777777" w:rsidTr="000C4F29">
        <w:trPr>
          <w:trHeight w:val="624"/>
          <w:jc w:val="center"/>
        </w:trPr>
        <w:tc>
          <w:tcPr>
            <w:tcW w:w="1984" w:type="dxa"/>
            <w:shd w:val="clear" w:color="auto" w:fill="E7E6E6"/>
            <w:vAlign w:val="center"/>
          </w:tcPr>
          <w:p w14:paraId="77C6D9B2" w14:textId="67E3EA88" w:rsidR="00B47C51" w:rsidRPr="000C4F29" w:rsidRDefault="007D6798">
            <w:pPr>
              <w:jc w:val="center"/>
              <w:rPr>
                <w:sz w:val="24"/>
                <w:szCs w:val="32"/>
              </w:rPr>
            </w:pPr>
            <w:proofErr w:type="spellStart"/>
            <w:r w:rsidRPr="000C4F29">
              <w:rPr>
                <w:b/>
                <w:sz w:val="24"/>
                <w:szCs w:val="32"/>
              </w:rPr>
              <w:t>대표자명</w:t>
            </w:r>
            <w:proofErr w:type="spellEnd"/>
            <w:r w:rsidRPr="000C4F29">
              <w:rPr>
                <w:b/>
                <w:sz w:val="24"/>
                <w:szCs w:val="32"/>
              </w:rPr>
              <w:t xml:space="preserve"> </w:t>
            </w:r>
          </w:p>
        </w:tc>
        <w:tc>
          <w:tcPr>
            <w:tcW w:w="3005" w:type="dxa"/>
            <w:vAlign w:val="center"/>
          </w:tcPr>
          <w:p w14:paraId="229A6ED6" w14:textId="77777777" w:rsidR="00B47C51" w:rsidRPr="000C4F29" w:rsidRDefault="002A3831">
            <w:pPr>
              <w:rPr>
                <w:sz w:val="24"/>
                <w:szCs w:val="32"/>
              </w:rPr>
            </w:pPr>
            <w:r w:rsidRPr="000C4F29">
              <w:rPr>
                <w:sz w:val="24"/>
                <w:szCs w:val="32"/>
              </w:rPr>
              <w:t xml:space="preserve"> </w:t>
            </w:r>
          </w:p>
        </w:tc>
        <w:tc>
          <w:tcPr>
            <w:tcW w:w="1984" w:type="dxa"/>
            <w:shd w:val="clear" w:color="auto" w:fill="E7E6E6"/>
            <w:vAlign w:val="center"/>
          </w:tcPr>
          <w:p w14:paraId="199AD43F" w14:textId="60D80B47" w:rsidR="00B47C51" w:rsidRPr="000C4F29" w:rsidRDefault="007D6798" w:rsidP="007D6798">
            <w:pPr>
              <w:jc w:val="center"/>
              <w:rPr>
                <w:sz w:val="24"/>
                <w:szCs w:val="32"/>
              </w:rPr>
            </w:pPr>
            <w:r w:rsidRPr="007D6798">
              <w:rPr>
                <w:rFonts w:hint="eastAsia"/>
                <w:b/>
                <w:bCs/>
                <w:sz w:val="24"/>
                <w:szCs w:val="32"/>
                <w:lang w:eastAsia="ko-KR"/>
              </w:rPr>
              <w:t>선택 권역</w:t>
            </w:r>
          </w:p>
        </w:tc>
        <w:tc>
          <w:tcPr>
            <w:tcW w:w="3005" w:type="dxa"/>
            <w:vAlign w:val="center"/>
          </w:tcPr>
          <w:p w14:paraId="63CD39D2" w14:textId="77777777" w:rsidR="00B47C51" w:rsidRPr="000C4F29" w:rsidRDefault="002A3831">
            <w:pPr>
              <w:rPr>
                <w:sz w:val="24"/>
                <w:szCs w:val="32"/>
              </w:rPr>
            </w:pPr>
            <w:r w:rsidRPr="000C4F29">
              <w:rPr>
                <w:sz w:val="24"/>
                <w:szCs w:val="32"/>
              </w:rPr>
              <w:t xml:space="preserve"> </w:t>
            </w:r>
          </w:p>
        </w:tc>
      </w:tr>
      <w:tr w:rsidR="000C4F29" w14:paraId="2421D735" w14:textId="77777777" w:rsidTr="000C4F29">
        <w:trPr>
          <w:trHeight w:val="624"/>
          <w:jc w:val="center"/>
        </w:trPr>
        <w:tc>
          <w:tcPr>
            <w:tcW w:w="1984" w:type="dxa"/>
            <w:shd w:val="clear" w:color="auto" w:fill="E7E6E6"/>
            <w:vAlign w:val="center"/>
          </w:tcPr>
          <w:p w14:paraId="752F476A" w14:textId="69B47F98" w:rsidR="00B47C51" w:rsidRPr="007D6798" w:rsidRDefault="007D6798" w:rsidP="007D6798">
            <w:pPr>
              <w:jc w:val="center"/>
              <w:rPr>
                <w:b/>
                <w:sz w:val="24"/>
                <w:szCs w:val="32"/>
                <w:lang w:eastAsia="ko-KR"/>
              </w:rPr>
            </w:pPr>
            <w:r>
              <w:rPr>
                <w:rFonts w:hint="eastAsia"/>
                <w:b/>
                <w:sz w:val="24"/>
                <w:szCs w:val="32"/>
                <w:lang w:eastAsia="ko-KR"/>
              </w:rPr>
              <w:t>휴대폰 번호</w:t>
            </w:r>
          </w:p>
        </w:tc>
        <w:tc>
          <w:tcPr>
            <w:tcW w:w="3005" w:type="dxa"/>
            <w:vAlign w:val="center"/>
          </w:tcPr>
          <w:p w14:paraId="31D3ACAA" w14:textId="77777777" w:rsidR="00B47C51" w:rsidRPr="000C4F29" w:rsidRDefault="002A3831">
            <w:pPr>
              <w:rPr>
                <w:sz w:val="24"/>
                <w:szCs w:val="32"/>
              </w:rPr>
            </w:pPr>
            <w:r w:rsidRPr="000C4F29">
              <w:rPr>
                <w:sz w:val="24"/>
                <w:szCs w:val="32"/>
              </w:rPr>
              <w:t xml:space="preserve"> </w:t>
            </w:r>
          </w:p>
        </w:tc>
        <w:tc>
          <w:tcPr>
            <w:tcW w:w="1984" w:type="dxa"/>
            <w:shd w:val="clear" w:color="auto" w:fill="E7E6E6"/>
            <w:vAlign w:val="center"/>
          </w:tcPr>
          <w:p w14:paraId="2093B2AD" w14:textId="76140A29" w:rsidR="00B47C51" w:rsidRPr="000C4F29" w:rsidRDefault="007D6798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b/>
                <w:sz w:val="24"/>
                <w:szCs w:val="32"/>
                <w:lang w:eastAsia="ko-KR"/>
              </w:rPr>
              <w:t>이메일</w:t>
            </w:r>
          </w:p>
        </w:tc>
        <w:tc>
          <w:tcPr>
            <w:tcW w:w="3005" w:type="dxa"/>
            <w:vAlign w:val="center"/>
          </w:tcPr>
          <w:p w14:paraId="5D3A642C" w14:textId="77777777" w:rsidR="00B47C51" w:rsidRPr="000C4F29" w:rsidRDefault="002A3831">
            <w:pPr>
              <w:rPr>
                <w:sz w:val="24"/>
                <w:szCs w:val="32"/>
              </w:rPr>
            </w:pPr>
            <w:r w:rsidRPr="000C4F29">
              <w:rPr>
                <w:sz w:val="24"/>
                <w:szCs w:val="32"/>
              </w:rPr>
              <w:t xml:space="preserve"> </w:t>
            </w:r>
          </w:p>
        </w:tc>
      </w:tr>
      <w:tr w:rsidR="007D6798" w14:paraId="1412AB98" w14:textId="77777777" w:rsidTr="008B17E3">
        <w:trPr>
          <w:trHeight w:val="624"/>
          <w:jc w:val="center"/>
        </w:trPr>
        <w:tc>
          <w:tcPr>
            <w:tcW w:w="1984" w:type="dxa"/>
            <w:tcBorders>
              <w:bottom w:val="single" w:sz="4" w:space="0" w:color="auto"/>
            </w:tcBorders>
            <w:shd w:val="clear" w:color="auto" w:fill="E7E6E6"/>
            <w:vAlign w:val="center"/>
          </w:tcPr>
          <w:p w14:paraId="53320FD7" w14:textId="38D75AA4" w:rsidR="007D6798" w:rsidRPr="000C4F29" w:rsidRDefault="007D6798">
            <w:pPr>
              <w:jc w:val="center"/>
              <w:rPr>
                <w:b/>
                <w:sz w:val="24"/>
                <w:szCs w:val="32"/>
              </w:rPr>
            </w:pPr>
            <w:r w:rsidRPr="000C4F29">
              <w:rPr>
                <w:b/>
                <w:sz w:val="24"/>
                <w:szCs w:val="32"/>
              </w:rPr>
              <w:t>작</w:t>
            </w:r>
            <w:r>
              <w:rPr>
                <w:rFonts w:hint="eastAsia"/>
                <w:b/>
                <w:sz w:val="24"/>
                <w:szCs w:val="32"/>
                <w:lang w:eastAsia="ko-KR"/>
              </w:rPr>
              <w:t xml:space="preserve"> </w:t>
            </w:r>
            <w:r w:rsidRPr="000C4F29">
              <w:rPr>
                <w:b/>
                <w:sz w:val="24"/>
                <w:szCs w:val="32"/>
              </w:rPr>
              <w:t>품</w:t>
            </w:r>
            <w:r>
              <w:rPr>
                <w:rFonts w:hint="eastAsia"/>
                <w:b/>
                <w:sz w:val="24"/>
                <w:szCs w:val="32"/>
                <w:lang w:eastAsia="ko-KR"/>
              </w:rPr>
              <w:t xml:space="preserve"> </w:t>
            </w:r>
            <w:r w:rsidRPr="000C4F29">
              <w:rPr>
                <w:b/>
                <w:sz w:val="24"/>
                <w:szCs w:val="32"/>
              </w:rPr>
              <w:t>명</w:t>
            </w:r>
          </w:p>
        </w:tc>
        <w:tc>
          <w:tcPr>
            <w:tcW w:w="7994" w:type="dxa"/>
            <w:gridSpan w:val="3"/>
            <w:tcBorders>
              <w:bottom w:val="single" w:sz="4" w:space="0" w:color="auto"/>
            </w:tcBorders>
            <w:vAlign w:val="center"/>
          </w:tcPr>
          <w:p w14:paraId="1B292239" w14:textId="11D0A3EB" w:rsidR="007D6798" w:rsidRPr="000C4F29" w:rsidRDefault="007D6798">
            <w:pPr>
              <w:rPr>
                <w:sz w:val="24"/>
                <w:szCs w:val="32"/>
                <w:lang w:eastAsia="ko-KR"/>
              </w:rPr>
            </w:pPr>
            <w:r>
              <w:rPr>
                <w:rFonts w:hint="eastAsia"/>
                <w:sz w:val="24"/>
                <w:szCs w:val="32"/>
                <w:lang w:eastAsia="ko-KR"/>
              </w:rPr>
              <w:t xml:space="preserve"> </w:t>
            </w:r>
          </w:p>
        </w:tc>
      </w:tr>
      <w:tr w:rsidR="007D6798" w14:paraId="2684F838" w14:textId="77777777" w:rsidTr="008B17E3">
        <w:trPr>
          <w:trHeight w:val="170"/>
          <w:jc w:val="center"/>
        </w:trPr>
        <w:tc>
          <w:tcPr>
            <w:tcW w:w="9978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75C14A" w14:textId="57E64F92" w:rsidR="007D6798" w:rsidRPr="008B17E3" w:rsidRDefault="007D6798">
            <w:pPr>
              <w:rPr>
                <w:sz w:val="8"/>
                <w:szCs w:val="8"/>
                <w:lang w:eastAsia="ko-KR"/>
              </w:rPr>
            </w:pPr>
          </w:p>
        </w:tc>
      </w:tr>
      <w:tr w:rsidR="00643801" w:rsidRPr="001623FA" w14:paraId="2B4C80E8" w14:textId="77777777" w:rsidTr="001623FA">
        <w:trPr>
          <w:trHeight w:val="170"/>
          <w:jc w:val="center"/>
        </w:trPr>
        <w:tc>
          <w:tcPr>
            <w:tcW w:w="997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F8DB48" w14:textId="65BEC21F" w:rsidR="00643801" w:rsidRPr="001623FA" w:rsidRDefault="00643801" w:rsidP="00643801">
            <w:pPr>
              <w:pStyle w:val="aff1"/>
              <w:spacing w:line="312" w:lineRule="auto"/>
            </w:pPr>
            <w:r w:rsidRPr="001623FA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□ 개인정보 </w:t>
            </w:r>
            <w:proofErr w:type="spellStart"/>
            <w:r w:rsidRPr="001623FA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수집</w:t>
            </w:r>
            <w:r w:rsidRPr="001623FA">
              <w:rPr>
                <w:rFonts w:ascii="맑은 고딕" w:eastAsia="맑은 고딕" w:hAnsi="맑은 고딕" w:hint="eastAsia"/>
                <w:b/>
                <w:bCs/>
              </w:rPr>
              <w:t>·</w:t>
            </w:r>
            <w:r w:rsidRPr="001623FA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이용</w:t>
            </w:r>
            <w:proofErr w:type="spellEnd"/>
            <w:r w:rsidRPr="001623FA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 xml:space="preserve"> 및 제공에 관한 사항</w:t>
            </w:r>
          </w:p>
          <w:tbl>
            <w:tblPr>
              <w:tblOverlap w:val="never"/>
              <w:tblW w:w="975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988"/>
              <w:gridCol w:w="7767"/>
            </w:tblGrid>
            <w:tr w:rsidR="00643801" w:rsidRPr="001623FA" w14:paraId="04636288" w14:textId="77777777" w:rsidTr="001623FA">
              <w:trPr>
                <w:trHeight w:val="510"/>
              </w:trPr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F442403" w14:textId="77777777" w:rsidR="00643801" w:rsidRPr="00643801" w:rsidRDefault="00643801" w:rsidP="00643801">
                  <w:pPr>
                    <w:widowControl w:val="0"/>
                    <w:autoSpaceDE w:val="0"/>
                    <w:autoSpaceDN w:val="0"/>
                    <w:spacing w:after="0" w:line="312" w:lineRule="auto"/>
                    <w:jc w:val="center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수집 및 이용목적</w:t>
                  </w:r>
                </w:p>
              </w:tc>
              <w:tc>
                <w:tcPr>
                  <w:tcW w:w="7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4268258" w14:textId="2D40BC16" w:rsidR="00643801" w:rsidRPr="00643801" w:rsidRDefault="00643801" w:rsidP="00643801">
                  <w:pPr>
                    <w:widowControl w:val="0"/>
                    <w:wordWrap w:val="0"/>
                    <w:autoSpaceDE w:val="0"/>
                    <w:autoSpaceDN w:val="0"/>
                    <w:spacing w:after="0" w:line="312" w:lineRule="auto"/>
                    <w:jc w:val="both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산업통상부 </w:t>
                  </w:r>
                  <w:r w:rsidR="001623FA" w:rsidRPr="001623FA">
                    <w:rPr>
                      <w:rFonts w:cs="굴림"/>
                      <w:color w:val="000000"/>
                      <w:szCs w:val="20"/>
                      <w:lang w:eastAsia="ko-KR"/>
                    </w:rPr>
                    <w:t>5</w:t>
                  </w:r>
                  <w:r w:rsidR="001623FA" w:rsidRPr="001623FA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극3특 성장엔진 미래지도 </w:t>
                  </w:r>
                  <w:r w:rsidR="001623FA" w:rsidRPr="001623FA">
                    <w:rPr>
                      <w:rFonts w:cs="굴림"/>
                      <w:color w:val="000000"/>
                      <w:szCs w:val="20"/>
                      <w:lang w:eastAsia="ko-KR"/>
                    </w:rPr>
                    <w:t>AI</w:t>
                  </w:r>
                  <w:r w:rsidR="001623FA" w:rsidRPr="001623FA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영상 공모전 </w:t>
                  </w: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관련 업무</w:t>
                  </w:r>
                </w:p>
              </w:tc>
            </w:tr>
            <w:tr w:rsidR="00643801" w:rsidRPr="001623FA" w14:paraId="473323AB" w14:textId="77777777" w:rsidTr="001623FA">
              <w:trPr>
                <w:trHeight w:val="510"/>
              </w:trPr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C7B8EB" w14:textId="77777777" w:rsidR="00643801" w:rsidRPr="00643801" w:rsidRDefault="00643801" w:rsidP="00643801">
                  <w:pPr>
                    <w:widowControl w:val="0"/>
                    <w:autoSpaceDE w:val="0"/>
                    <w:autoSpaceDN w:val="0"/>
                    <w:spacing w:after="0" w:line="312" w:lineRule="auto"/>
                    <w:jc w:val="center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수집 및 이용항목</w:t>
                  </w:r>
                </w:p>
              </w:tc>
              <w:tc>
                <w:tcPr>
                  <w:tcW w:w="7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00E1471" w14:textId="17E7A2B7" w:rsidR="00643801" w:rsidRPr="00643801" w:rsidRDefault="00643801" w:rsidP="00643801">
                  <w:pPr>
                    <w:widowControl w:val="0"/>
                    <w:wordWrap w:val="0"/>
                    <w:autoSpaceDE w:val="0"/>
                    <w:autoSpaceDN w:val="0"/>
                    <w:spacing w:after="0" w:line="312" w:lineRule="auto"/>
                    <w:jc w:val="both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성명, 연락처</w:t>
                  </w:r>
                  <w:r w:rsidRPr="001623FA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(휴대폰 번호)</w:t>
                  </w: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, </w:t>
                  </w:r>
                  <w:r w:rsidRPr="001623FA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이메일 주소</w:t>
                  </w:r>
                </w:p>
              </w:tc>
            </w:tr>
            <w:tr w:rsidR="00643801" w:rsidRPr="001623FA" w14:paraId="56C9D9B1" w14:textId="77777777" w:rsidTr="001623FA">
              <w:trPr>
                <w:trHeight w:val="510"/>
              </w:trPr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FEC3130" w14:textId="77777777" w:rsidR="00643801" w:rsidRPr="00643801" w:rsidRDefault="00643801" w:rsidP="00643801">
                  <w:pPr>
                    <w:widowControl w:val="0"/>
                    <w:autoSpaceDE w:val="0"/>
                    <w:autoSpaceDN w:val="0"/>
                    <w:spacing w:after="0" w:line="312" w:lineRule="auto"/>
                    <w:jc w:val="center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정보를 제공받는 자</w:t>
                  </w:r>
                </w:p>
              </w:tc>
              <w:tc>
                <w:tcPr>
                  <w:tcW w:w="7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327BEA6" w14:textId="6B8F4D4D" w:rsidR="00643801" w:rsidRPr="00643801" w:rsidRDefault="00643801" w:rsidP="00643801">
                  <w:pPr>
                    <w:widowControl w:val="0"/>
                    <w:wordWrap w:val="0"/>
                    <w:autoSpaceDE w:val="0"/>
                    <w:autoSpaceDN w:val="0"/>
                    <w:spacing w:after="0" w:line="312" w:lineRule="auto"/>
                    <w:jc w:val="both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한국산업기술진흥원 및 행사대행업체(</w:t>
                  </w:r>
                  <w:proofErr w:type="spellStart"/>
                  <w:r w:rsidRPr="001623FA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블루오리진</w:t>
                  </w:r>
                  <w:proofErr w:type="spellEnd"/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)</w:t>
                  </w:r>
                </w:p>
              </w:tc>
            </w:tr>
            <w:tr w:rsidR="00643801" w:rsidRPr="001623FA" w14:paraId="0AB7F0BC" w14:textId="77777777" w:rsidTr="008B17E3">
              <w:trPr>
                <w:trHeight w:val="567"/>
              </w:trPr>
              <w:tc>
                <w:tcPr>
                  <w:tcW w:w="19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8B15104" w14:textId="77777777" w:rsidR="00643801" w:rsidRPr="00643801" w:rsidRDefault="00643801" w:rsidP="00643801">
                  <w:pPr>
                    <w:widowControl w:val="0"/>
                    <w:autoSpaceDE w:val="0"/>
                    <w:autoSpaceDN w:val="0"/>
                    <w:spacing w:after="0" w:line="312" w:lineRule="auto"/>
                    <w:jc w:val="center"/>
                    <w:textAlignment w:val="baseline"/>
                    <w:rPr>
                      <w:rFonts w:ascii="Arial" w:eastAsia="굴림" w:hAnsi="굴림"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보유 및 이용기간</w:t>
                  </w:r>
                </w:p>
              </w:tc>
              <w:tc>
                <w:tcPr>
                  <w:tcW w:w="77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7FC79D" w14:textId="77777777" w:rsidR="00643801" w:rsidRPr="001623FA" w:rsidRDefault="00643801" w:rsidP="008B17E3">
                  <w:pPr>
                    <w:widowControl w:val="0"/>
                    <w:wordWrap w:val="0"/>
                    <w:autoSpaceDE w:val="0"/>
                    <w:autoSpaceDN w:val="0"/>
                    <w:spacing w:after="0" w:line="180" w:lineRule="auto"/>
                    <w:jc w:val="both"/>
                    <w:textAlignment w:val="baseline"/>
                    <w:rPr>
                      <w:rFonts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동의일로부터 개인정보 </w:t>
                  </w:r>
                  <w:proofErr w:type="spellStart"/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수집·이용</w:t>
                  </w:r>
                  <w:proofErr w:type="spellEnd"/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 목적 달성 후 삭제</w:t>
                  </w:r>
                </w:p>
                <w:p w14:paraId="2560B978" w14:textId="1B1151E7" w:rsidR="00643801" w:rsidRPr="00643801" w:rsidRDefault="00643801" w:rsidP="008B17E3">
                  <w:pPr>
                    <w:widowControl w:val="0"/>
                    <w:wordWrap w:val="0"/>
                    <w:autoSpaceDE w:val="0"/>
                    <w:autoSpaceDN w:val="0"/>
                    <w:spacing w:after="0" w:line="180" w:lineRule="auto"/>
                    <w:jc w:val="both"/>
                    <w:textAlignment w:val="baseline"/>
                    <w:rPr>
                      <w:rFonts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(참가자가 삭제를 요청할 경우 해당정보 삭제)</w:t>
                  </w:r>
                </w:p>
              </w:tc>
            </w:tr>
            <w:tr w:rsidR="00643801" w:rsidRPr="001623FA" w14:paraId="0ACFF45E" w14:textId="77777777" w:rsidTr="00643801">
              <w:trPr>
                <w:trHeight w:val="20"/>
              </w:trPr>
              <w:tc>
                <w:tcPr>
                  <w:tcW w:w="9755" w:type="dxa"/>
                  <w:gridSpan w:val="2"/>
                  <w:tcBorders>
                    <w:top w:val="single" w:sz="2" w:space="0" w:color="000000"/>
                    <w:bottom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7704B63B" w14:textId="77777777" w:rsidR="00643801" w:rsidRPr="001623FA" w:rsidRDefault="00643801" w:rsidP="00643801">
                  <w:pPr>
                    <w:widowControl w:val="0"/>
                    <w:wordWrap w:val="0"/>
                    <w:autoSpaceDE w:val="0"/>
                    <w:autoSpaceDN w:val="0"/>
                    <w:spacing w:after="0" w:line="312" w:lineRule="auto"/>
                    <w:jc w:val="both"/>
                    <w:textAlignment w:val="baseline"/>
                    <w:rPr>
                      <w:rFonts w:cs="굴림"/>
                      <w:color w:val="000000"/>
                      <w:sz w:val="4"/>
                      <w:szCs w:val="4"/>
                      <w:lang w:eastAsia="ko-KR"/>
                    </w:rPr>
                  </w:pPr>
                </w:p>
              </w:tc>
            </w:tr>
            <w:tr w:rsidR="00643801" w:rsidRPr="001623FA" w14:paraId="5381D087" w14:textId="77777777" w:rsidTr="001623FA">
              <w:trPr>
                <w:trHeight w:val="567"/>
              </w:trPr>
              <w:tc>
                <w:tcPr>
                  <w:tcW w:w="9752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8D8D8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9B225B" w14:textId="520F82A7" w:rsidR="00643801" w:rsidRPr="00643801" w:rsidRDefault="00643801" w:rsidP="001623FA">
                  <w:pPr>
                    <w:widowControl w:val="0"/>
                    <w:wordWrap w:val="0"/>
                    <w:autoSpaceDE w:val="0"/>
                    <w:autoSpaceDN w:val="0"/>
                    <w:spacing w:after="0" w:line="180" w:lineRule="auto"/>
                    <w:ind w:left="215" w:rightChars="-49" w:right="-98" w:hanging="215"/>
                    <w:textAlignment w:val="baseline"/>
                    <w:rPr>
                      <w:rFonts w:cs="굴림"/>
                      <w:color w:val="000000"/>
                      <w:szCs w:val="20"/>
                      <w:lang w:eastAsia="ko-KR"/>
                    </w:rPr>
                  </w:pPr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 xml:space="preserve">※ 귀하는 개인정보 제공 및 제3자에게의 정보 제공에 동의하지 않을 권리가 있으며, 다만 동의가 없을 경우 동 대회 참가가 불가할 수 있음을 </w:t>
                  </w:r>
                  <w:proofErr w:type="spellStart"/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안내드립니다</w:t>
                  </w:r>
                  <w:proofErr w:type="spellEnd"/>
                  <w:r w:rsidRPr="00643801">
                    <w:rPr>
                      <w:rFonts w:cs="굴림" w:hint="eastAsia"/>
                      <w:color w:val="000000"/>
                      <w:szCs w:val="20"/>
                      <w:lang w:eastAsia="ko-KR"/>
                    </w:rPr>
                    <w:t>.</w:t>
                  </w:r>
                </w:p>
              </w:tc>
            </w:tr>
          </w:tbl>
          <w:p w14:paraId="71B0C324" w14:textId="77777777" w:rsidR="00643801" w:rsidRPr="00643801" w:rsidRDefault="00643801" w:rsidP="00643801">
            <w:pPr>
              <w:widowControl w:val="0"/>
              <w:autoSpaceDE w:val="0"/>
              <w:autoSpaceDN w:val="0"/>
              <w:spacing w:line="312" w:lineRule="auto"/>
              <w:jc w:val="center"/>
              <w:textAlignment w:val="baseline"/>
              <w:rPr>
                <w:rFonts w:ascii="Arial" w:eastAsia="굴림" w:hAnsi="굴림" w:cs="굴림"/>
                <w:b/>
                <w:bCs/>
                <w:color w:val="000000"/>
                <w:sz w:val="8"/>
                <w:szCs w:val="8"/>
                <w:lang w:eastAsia="ko-KR"/>
              </w:rPr>
            </w:pPr>
          </w:p>
          <w:p w14:paraId="60BF266B" w14:textId="77777777" w:rsidR="008B17E3" w:rsidRPr="008B17E3" w:rsidRDefault="008B17E3" w:rsidP="008B17E3">
            <w:pPr>
              <w:widowControl w:val="0"/>
              <w:wordWrap w:val="0"/>
              <w:autoSpaceDE w:val="0"/>
              <w:autoSpaceDN w:val="0"/>
              <w:spacing w:line="180" w:lineRule="auto"/>
              <w:jc w:val="both"/>
              <w:textAlignment w:val="baseline"/>
              <w:rPr>
                <w:rFonts w:cs="굴림"/>
                <w:color w:val="000000"/>
                <w:sz w:val="6"/>
                <w:szCs w:val="6"/>
                <w:lang w:eastAsia="ko-KR"/>
              </w:rPr>
            </w:pPr>
          </w:p>
          <w:p w14:paraId="2EAE294A" w14:textId="264923B7" w:rsidR="001623FA" w:rsidRDefault="001623FA" w:rsidP="001623FA">
            <w:pPr>
              <w:pStyle w:val="aff1"/>
              <w:spacing w:line="180" w:lineRule="auto"/>
              <w:ind w:rightChars="67" w:right="134"/>
              <w:rPr>
                <w:rFonts w:asciiTheme="minorHAnsi" w:eastAsiaTheme="minorHAnsi" w:hAnsiTheme="minorHAnsi"/>
              </w:rPr>
            </w:pPr>
            <w:r w:rsidRPr="001623FA">
              <w:rPr>
                <w:rFonts w:asciiTheme="minorHAnsi" w:eastAsiaTheme="minorHAnsi" w:hAnsiTheme="minorHAnsi" w:hint="eastAsia"/>
              </w:rPr>
              <w:t>본인은 「</w:t>
            </w:r>
            <w:r>
              <w:rPr>
                <w:rFonts w:asciiTheme="minorHAnsi" w:eastAsiaTheme="minorHAnsi" w:hAnsiTheme="minorHAnsi" w:hint="eastAsia"/>
              </w:rPr>
              <w:t>5극3특 성장엔진 미래지도</w:t>
            </w:r>
            <w:r w:rsidRPr="001623FA">
              <w:rPr>
                <w:rFonts w:asciiTheme="minorHAnsi" w:eastAsiaTheme="minorHAnsi" w:hAnsiTheme="minorHAnsi" w:hint="eastAsia"/>
              </w:rPr>
              <w:t xml:space="preserve">」 </w:t>
            </w:r>
            <w:r>
              <w:rPr>
                <w:rFonts w:asciiTheme="minorHAnsi" w:eastAsiaTheme="minorHAnsi" w:hAnsiTheme="minorHAnsi"/>
              </w:rPr>
              <w:t xml:space="preserve">AI </w:t>
            </w:r>
            <w:r>
              <w:rPr>
                <w:rFonts w:asciiTheme="minorHAnsi" w:eastAsiaTheme="minorHAnsi" w:hAnsiTheme="minorHAnsi" w:hint="eastAsia"/>
              </w:rPr>
              <w:t>영상 공모전에 참가를 신</w:t>
            </w:r>
            <w:r w:rsidRPr="001623FA">
              <w:rPr>
                <w:rFonts w:asciiTheme="minorHAnsi" w:eastAsiaTheme="minorHAnsi" w:hAnsiTheme="minorHAnsi" w:hint="eastAsia"/>
              </w:rPr>
              <w:t xml:space="preserve">청하며, 이와 관련하여 「개인정보보호법」 제 15조와 제17조에 따라 본인의 개인정보를 </w:t>
            </w:r>
            <w:proofErr w:type="spellStart"/>
            <w:r w:rsidRPr="001623FA">
              <w:rPr>
                <w:rFonts w:asciiTheme="minorHAnsi" w:eastAsiaTheme="minorHAnsi" w:hAnsiTheme="minorHAnsi" w:hint="eastAsia"/>
              </w:rPr>
              <w:t>수집·이용</w:t>
            </w:r>
            <w:proofErr w:type="spellEnd"/>
            <w:r w:rsidRPr="001623FA">
              <w:rPr>
                <w:rFonts w:asciiTheme="minorHAnsi" w:eastAsiaTheme="minorHAnsi" w:hAnsiTheme="minorHAnsi" w:hint="eastAsia"/>
              </w:rPr>
              <w:t xml:space="preserve"> 및 제공하는 것에 동의합니다.</w:t>
            </w:r>
          </w:p>
          <w:p w14:paraId="6A72CD1A" w14:textId="77777777" w:rsidR="001623FA" w:rsidRPr="008628D6" w:rsidRDefault="001623FA" w:rsidP="001623FA">
            <w:pPr>
              <w:pStyle w:val="aff1"/>
              <w:spacing w:line="180" w:lineRule="auto"/>
              <w:rPr>
                <w:rFonts w:asciiTheme="minorHAnsi" w:eastAsiaTheme="minorHAnsi" w:hAnsiTheme="minorHAnsi"/>
                <w:sz w:val="32"/>
                <w:szCs w:val="32"/>
              </w:rPr>
            </w:pPr>
          </w:p>
          <w:p w14:paraId="51335AC0" w14:textId="77777777" w:rsidR="001623FA" w:rsidRPr="008628D6" w:rsidRDefault="001623FA" w:rsidP="001623FA">
            <w:pPr>
              <w:pStyle w:val="aff1"/>
              <w:spacing w:line="180" w:lineRule="auto"/>
              <w:jc w:val="center"/>
              <w:rPr>
                <w:rFonts w:asciiTheme="minorHAnsi" w:eastAsiaTheme="minorHAnsi" w:hAnsiTheme="minorHAnsi"/>
                <w:sz w:val="24"/>
                <w:szCs w:val="24"/>
              </w:rPr>
            </w:pP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>2</w:t>
            </w:r>
            <w:r w:rsidRPr="008628D6">
              <w:rPr>
                <w:rFonts w:asciiTheme="minorHAnsi" w:eastAsiaTheme="minorHAnsi" w:hAnsiTheme="minorHAnsi"/>
                <w:sz w:val="24"/>
                <w:szCs w:val="24"/>
              </w:rPr>
              <w:t>026</w:t>
            </w: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 xml:space="preserve">년 </w:t>
            </w:r>
            <w:r w:rsidRPr="008628D6">
              <w:rPr>
                <w:rFonts w:asciiTheme="minorHAnsi" w:eastAsiaTheme="minorHAnsi" w:hAnsiTheme="minorHAnsi"/>
                <w:sz w:val="24"/>
                <w:szCs w:val="24"/>
              </w:rPr>
              <w:t>00</w:t>
            </w: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 xml:space="preserve">월 </w:t>
            </w:r>
            <w:r w:rsidRPr="008628D6">
              <w:rPr>
                <w:rFonts w:asciiTheme="minorHAnsi" w:eastAsiaTheme="minorHAnsi" w:hAnsiTheme="minorHAnsi"/>
                <w:sz w:val="24"/>
                <w:szCs w:val="24"/>
              </w:rPr>
              <w:t>00</w:t>
            </w: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 xml:space="preserve">일 </w:t>
            </w:r>
          </w:p>
          <w:p w14:paraId="3A2D5EB4" w14:textId="77777777" w:rsidR="001623FA" w:rsidRPr="008628D6" w:rsidRDefault="001623FA" w:rsidP="001623FA">
            <w:pPr>
              <w:pStyle w:val="aff1"/>
              <w:spacing w:line="180" w:lineRule="auto"/>
              <w:jc w:val="center"/>
              <w:rPr>
                <w:rFonts w:asciiTheme="minorHAnsi" w:eastAsiaTheme="minorHAnsi" w:hAnsiTheme="minorHAnsi"/>
                <w:sz w:val="32"/>
                <w:szCs w:val="32"/>
              </w:rPr>
            </w:pPr>
          </w:p>
          <w:p w14:paraId="7996E8E4" w14:textId="3574D1CA" w:rsidR="001623FA" w:rsidRPr="008628D6" w:rsidRDefault="001623FA" w:rsidP="001623FA">
            <w:pPr>
              <w:pStyle w:val="aff1"/>
              <w:spacing w:line="180" w:lineRule="auto"/>
              <w:jc w:val="right"/>
              <w:rPr>
                <w:rFonts w:asciiTheme="minorHAnsi" w:eastAsiaTheme="minorHAnsi" w:hAnsiTheme="minorHAnsi"/>
                <w:sz w:val="24"/>
                <w:szCs w:val="24"/>
              </w:rPr>
            </w:pP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 xml:space="preserve">신청자 대표 </w:t>
            </w:r>
            <w:r w:rsidRPr="008628D6">
              <w:rPr>
                <w:rFonts w:asciiTheme="minorHAnsi" w:eastAsiaTheme="minorHAnsi" w:hAnsiTheme="minorHAnsi"/>
                <w:sz w:val="24"/>
                <w:szCs w:val="24"/>
                <w:u w:val="single"/>
              </w:rPr>
              <w:t xml:space="preserve">                </w:t>
            </w: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 xml:space="preserve"> </w:t>
            </w:r>
            <w:r w:rsidRPr="008628D6">
              <w:rPr>
                <w:rFonts w:asciiTheme="minorHAnsi" w:eastAsiaTheme="minorHAnsi" w:hAnsiTheme="minorHAnsi"/>
                <w:sz w:val="24"/>
                <w:szCs w:val="24"/>
              </w:rPr>
              <w:t>(</w:t>
            </w:r>
            <w:r w:rsidRPr="008628D6">
              <w:rPr>
                <w:rFonts w:asciiTheme="minorHAnsi" w:eastAsiaTheme="minorHAnsi" w:hAnsiTheme="minorHAnsi" w:hint="eastAsia"/>
                <w:sz w:val="24"/>
                <w:szCs w:val="24"/>
              </w:rPr>
              <w:t>인)</w:t>
            </w:r>
          </w:p>
          <w:p w14:paraId="0225E902" w14:textId="77777777" w:rsidR="001623FA" w:rsidRPr="008628D6" w:rsidRDefault="001623FA" w:rsidP="001623FA">
            <w:pPr>
              <w:rPr>
                <w:rFonts w:asciiTheme="minorHAnsi" w:eastAsiaTheme="minorHAnsi" w:hAnsiTheme="minorHAnsi"/>
                <w:sz w:val="8"/>
                <w:szCs w:val="8"/>
                <w:lang w:eastAsia="ko-KR"/>
              </w:rPr>
            </w:pPr>
          </w:p>
          <w:p w14:paraId="62C43479" w14:textId="57520037" w:rsidR="001623FA" w:rsidRPr="008628D6" w:rsidRDefault="001623FA" w:rsidP="001623FA">
            <w:pPr>
              <w:jc w:val="right"/>
              <w:rPr>
                <w:rFonts w:asciiTheme="minorHAnsi" w:eastAsiaTheme="minorHAnsi" w:hAnsiTheme="minorHAnsi"/>
                <w:b/>
                <w:bCs/>
                <w:spacing w:val="20"/>
                <w:sz w:val="16"/>
                <w:szCs w:val="16"/>
                <w:lang w:eastAsia="ko-KR"/>
              </w:rPr>
            </w:pPr>
            <w:r w:rsidRPr="008628D6">
              <w:rPr>
                <w:rFonts w:asciiTheme="minorHAnsi" w:eastAsiaTheme="minorHAnsi" w:hAnsiTheme="minorHAnsi" w:hint="eastAsia"/>
                <w:b/>
                <w:bCs/>
                <w:spacing w:val="20"/>
                <w:sz w:val="24"/>
                <w:szCs w:val="24"/>
                <w:lang w:eastAsia="ko-KR"/>
              </w:rPr>
              <w:t>한국산업기술진흥원장 귀하</w:t>
            </w:r>
            <w:r w:rsidRPr="008628D6">
              <w:rPr>
                <w:rFonts w:asciiTheme="minorHAnsi" w:eastAsiaTheme="minorHAnsi" w:hAnsiTheme="minorHAnsi"/>
                <w:b/>
                <w:bCs/>
                <w:spacing w:val="20"/>
                <w:sz w:val="16"/>
                <w:szCs w:val="16"/>
                <w:lang w:eastAsia="ko-KR"/>
              </w:rPr>
              <w:t xml:space="preserve"> </w:t>
            </w:r>
            <w:r w:rsidRPr="008628D6">
              <w:rPr>
                <w:rFonts w:asciiTheme="minorHAnsi" w:eastAsiaTheme="minorHAnsi" w:hAnsiTheme="minorHAnsi" w:hint="eastAsia"/>
                <w:b/>
                <w:bCs/>
                <w:spacing w:val="20"/>
                <w:sz w:val="16"/>
                <w:szCs w:val="16"/>
                <w:lang w:eastAsia="ko-KR"/>
              </w:rPr>
              <w:t xml:space="preserve"> </w:t>
            </w:r>
          </w:p>
          <w:p w14:paraId="1F521717" w14:textId="0368B3BE" w:rsidR="001623FA" w:rsidRPr="001623FA" w:rsidRDefault="001623FA" w:rsidP="001623FA">
            <w:pPr>
              <w:rPr>
                <w:sz w:val="2"/>
                <w:szCs w:val="2"/>
                <w:lang w:eastAsia="ko-KR"/>
              </w:rPr>
            </w:pPr>
            <w:r w:rsidRPr="008628D6">
              <w:rPr>
                <w:rFonts w:asciiTheme="minorHAnsi" w:eastAsiaTheme="minorHAnsi" w:hAnsiTheme="minorHAnsi"/>
                <w:sz w:val="16"/>
                <w:szCs w:val="16"/>
                <w:lang w:eastAsia="ko-KR"/>
              </w:rPr>
              <w:br/>
            </w:r>
          </w:p>
        </w:tc>
      </w:tr>
    </w:tbl>
    <w:p w14:paraId="4149E352" w14:textId="77777777" w:rsidR="00B47C51" w:rsidRPr="000C4F29" w:rsidRDefault="002A3831" w:rsidP="008628D6">
      <w:pPr>
        <w:spacing w:before="100" w:after="0" w:line="180" w:lineRule="auto"/>
        <w:rPr>
          <w:sz w:val="16"/>
          <w:szCs w:val="18"/>
          <w:lang w:eastAsia="ko-KR"/>
        </w:rPr>
      </w:pPr>
      <w:r w:rsidRPr="000C4F29">
        <w:rPr>
          <w:b/>
          <w:szCs w:val="18"/>
          <w:lang w:eastAsia="ko-KR"/>
        </w:rPr>
        <w:t>※ 기획서 작성 시 유의사항</w:t>
      </w:r>
    </w:p>
    <w:p w14:paraId="4AA29D2D" w14:textId="77777777" w:rsidR="00B47C51" w:rsidRDefault="002A3831" w:rsidP="008628D6">
      <w:pPr>
        <w:spacing w:after="0" w:line="180" w:lineRule="auto"/>
        <w:ind w:firstLineChars="100" w:firstLine="200"/>
        <w:rPr>
          <w:lang w:eastAsia="ko-KR"/>
        </w:rPr>
      </w:pPr>
      <w:r>
        <w:rPr>
          <w:lang w:eastAsia="ko-KR"/>
        </w:rPr>
        <w:t>- 분량은 10페이지 이내로 작성</w:t>
      </w:r>
    </w:p>
    <w:p w14:paraId="5B749FC3" w14:textId="77777777" w:rsidR="00B47C51" w:rsidRDefault="002A3831" w:rsidP="008628D6">
      <w:pPr>
        <w:spacing w:after="0" w:line="180" w:lineRule="auto"/>
        <w:ind w:firstLineChars="100" w:firstLine="200"/>
        <w:rPr>
          <w:lang w:eastAsia="ko-KR"/>
        </w:rPr>
      </w:pPr>
      <w:r>
        <w:rPr>
          <w:lang w:eastAsia="ko-KR"/>
        </w:rPr>
        <w:t>- 작품의 기획의도와 주요 장면을 확인할 수 있는 이미지·스토리보드 등을 문서 내 포함 가능</w:t>
      </w:r>
    </w:p>
    <w:p w14:paraId="44DE57E0" w14:textId="2FD2003C" w:rsidR="007D6798" w:rsidRPr="001623FA" w:rsidRDefault="002A3831" w:rsidP="008628D6">
      <w:pPr>
        <w:spacing w:after="0" w:line="180" w:lineRule="auto"/>
        <w:ind w:firstLineChars="100" w:firstLine="200"/>
        <w:rPr>
          <w:lang w:eastAsia="ko-KR"/>
        </w:rPr>
      </w:pPr>
      <w:r>
        <w:rPr>
          <w:lang w:eastAsia="ko-KR"/>
        </w:rPr>
        <w:t>- 선택 권역 및 성장엔진, AI 활용내용을 구체적으로 기재하고 필요 시 제시된 항목 외 추가 내용 작성 가능</w:t>
      </w:r>
    </w:p>
    <w:p w14:paraId="78EA6FAA" w14:textId="77777777" w:rsidR="008628D6" w:rsidRDefault="008628D6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42FDAFA4" w14:textId="2834493D" w:rsidR="00B47C51" w:rsidRPr="000C4F29" w:rsidRDefault="002A3831" w:rsidP="000C4F29">
      <w:pPr>
        <w:spacing w:before="240" w:after="80"/>
        <w:rPr>
          <w:sz w:val="22"/>
          <w:szCs w:val="24"/>
        </w:rPr>
      </w:pPr>
      <w:r w:rsidRPr="000C4F29">
        <w:rPr>
          <w:b/>
          <w:sz w:val="28"/>
          <w:szCs w:val="24"/>
        </w:rPr>
        <w:lastRenderedPageBreak/>
        <w:t xml:space="preserve">2. </w:t>
      </w:r>
      <w:proofErr w:type="spellStart"/>
      <w:r w:rsidRPr="000C4F29">
        <w:rPr>
          <w:b/>
          <w:sz w:val="28"/>
          <w:szCs w:val="24"/>
        </w:rPr>
        <w:t>작품</w:t>
      </w:r>
      <w:proofErr w:type="spellEnd"/>
      <w:r w:rsidRPr="000C4F29">
        <w:rPr>
          <w:b/>
          <w:sz w:val="28"/>
          <w:szCs w:val="24"/>
        </w:rPr>
        <w:t xml:space="preserve"> </w:t>
      </w:r>
      <w:proofErr w:type="spellStart"/>
      <w:r w:rsidRPr="000C4F29">
        <w:rPr>
          <w:b/>
          <w:sz w:val="28"/>
          <w:szCs w:val="24"/>
        </w:rPr>
        <w:t>기획</w:t>
      </w:r>
      <w:proofErr w:type="spellEnd"/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77763ADF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1947EDB0" w14:textId="77777777" w:rsidR="00B47C51" w:rsidRDefault="002A3831">
            <w:r w:rsidRPr="000C4F29">
              <w:rPr>
                <w:b/>
                <w:sz w:val="24"/>
                <w:szCs w:val="28"/>
              </w:rPr>
              <w:t>1) 작품 요약</w:t>
            </w:r>
          </w:p>
        </w:tc>
      </w:tr>
      <w:tr w:rsidR="00B47C51" w14:paraId="38938313" w14:textId="77777777" w:rsidTr="000C4F29">
        <w:trPr>
          <w:jc w:val="center"/>
        </w:trPr>
        <w:tc>
          <w:tcPr>
            <w:tcW w:w="10148" w:type="dxa"/>
            <w:vAlign w:val="center"/>
          </w:tcPr>
          <w:p w14:paraId="0DBD7739" w14:textId="6DFCA310" w:rsidR="000C4F29" w:rsidRPr="000C4F29" w:rsidRDefault="002A3831" w:rsidP="000C4F29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작품의 핵심 내용과 2035년 미래상을 3~5문장 이내로 요약</w:t>
            </w:r>
            <w:r w:rsidRPr="000C4F29">
              <w:rPr>
                <w:szCs w:val="24"/>
                <w:lang w:eastAsia="ko-KR"/>
              </w:rPr>
              <w:br/>
              <w:t>예시) 동남권의 첨단 조선·해운 성장엔진을 바탕으로 AI 로봇과 자율운항 기술이 적용된 2035년 스마트 조선소·항만을 구현하고, 제조현장과 지역 일자리·생활환경의 변화를 영상으로 표현</w:t>
            </w:r>
            <w:r w:rsidR="000C4F29"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 w:val="18"/>
                <w:lang w:eastAsia="ko-KR"/>
              </w:rPr>
              <w:br/>
            </w:r>
            <w:r w:rsidRPr="000C4F29">
              <w:rPr>
                <w:sz w:val="18"/>
                <w:lang w:eastAsia="ko-KR"/>
              </w:rPr>
              <w:br/>
            </w:r>
          </w:p>
        </w:tc>
      </w:tr>
    </w:tbl>
    <w:p w14:paraId="0E1840AE" w14:textId="77777777" w:rsidR="00B47C51" w:rsidRPr="000C4F29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70D1AC48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5375FF58" w14:textId="77777777" w:rsidR="00B47C51" w:rsidRDefault="002A3831">
            <w:r w:rsidRPr="000C4F29">
              <w:rPr>
                <w:b/>
                <w:sz w:val="24"/>
                <w:szCs w:val="28"/>
              </w:rPr>
              <w:t xml:space="preserve">2) </w:t>
            </w:r>
            <w:proofErr w:type="spellStart"/>
            <w:r w:rsidRPr="000C4F29">
              <w:rPr>
                <w:b/>
                <w:sz w:val="24"/>
                <w:szCs w:val="28"/>
              </w:rPr>
              <w:t>기획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0C4F29">
              <w:rPr>
                <w:b/>
                <w:sz w:val="24"/>
                <w:szCs w:val="28"/>
              </w:rPr>
              <w:t>배경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및 </w:t>
            </w:r>
            <w:proofErr w:type="spellStart"/>
            <w:r w:rsidRPr="000C4F29">
              <w:rPr>
                <w:b/>
                <w:sz w:val="24"/>
                <w:szCs w:val="28"/>
              </w:rPr>
              <w:t>의도</w:t>
            </w:r>
            <w:proofErr w:type="spellEnd"/>
          </w:p>
        </w:tc>
      </w:tr>
      <w:tr w:rsidR="00B47C51" w:rsidRPr="000C4F29" w14:paraId="2C8E293E" w14:textId="77777777" w:rsidTr="000C4F29">
        <w:trPr>
          <w:jc w:val="center"/>
        </w:trPr>
        <w:tc>
          <w:tcPr>
            <w:tcW w:w="10148" w:type="dxa"/>
            <w:vAlign w:val="center"/>
          </w:tcPr>
          <w:p w14:paraId="36CB33C7" w14:textId="0B295AA3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해당 권역과 성장엔진을 선택한 이유, 영상에서 전달하고자 하는 핵심 메시지 등을 작성</w:t>
            </w:r>
            <w:r w:rsidRPr="000C4F29">
              <w:rPr>
                <w:szCs w:val="24"/>
                <w:lang w:eastAsia="ko-KR"/>
              </w:rPr>
              <w:br/>
            </w:r>
            <w:r w:rsidR="000C4F29"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15CE001C" w14:textId="77777777" w:rsidR="00B47C51" w:rsidRPr="000C4F29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5693707F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414A3300" w14:textId="77777777" w:rsidR="00B47C51" w:rsidRDefault="002A3831">
            <w:r w:rsidRPr="000C4F29">
              <w:rPr>
                <w:b/>
                <w:sz w:val="24"/>
                <w:szCs w:val="28"/>
              </w:rPr>
              <w:t xml:space="preserve">3) </w:t>
            </w:r>
            <w:proofErr w:type="spellStart"/>
            <w:r w:rsidRPr="000C4F29">
              <w:rPr>
                <w:b/>
                <w:sz w:val="24"/>
                <w:szCs w:val="28"/>
              </w:rPr>
              <w:t>선택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0C4F29">
              <w:rPr>
                <w:b/>
                <w:sz w:val="24"/>
                <w:szCs w:val="28"/>
              </w:rPr>
              <w:t>권역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및 </w:t>
            </w:r>
            <w:proofErr w:type="spellStart"/>
            <w:r w:rsidRPr="000C4F29">
              <w:rPr>
                <w:b/>
                <w:sz w:val="24"/>
                <w:szCs w:val="28"/>
              </w:rPr>
              <w:t>성장엔진</w:t>
            </w:r>
            <w:proofErr w:type="spellEnd"/>
          </w:p>
        </w:tc>
      </w:tr>
      <w:tr w:rsidR="00B47C51" w14:paraId="18EFC3D5" w14:textId="77777777" w:rsidTr="000C4F29">
        <w:trPr>
          <w:jc w:val="center"/>
        </w:trPr>
        <w:tc>
          <w:tcPr>
            <w:tcW w:w="10148" w:type="dxa"/>
            <w:vAlign w:val="center"/>
          </w:tcPr>
          <w:p w14:paraId="714FAEBF" w14:textId="77777777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선택 권역, 성장엔진 및 활용할 핵심 품목을 작성하고, 해당 산업이 지역의 특성과 어떻게 연계되는지 설명</w:t>
            </w:r>
            <w:r w:rsidRPr="000C4F29">
              <w:rPr>
                <w:szCs w:val="24"/>
                <w:lang w:eastAsia="ko-KR"/>
              </w:rPr>
              <w:br/>
              <w:t xml:space="preserve">예시) </w:t>
            </w:r>
            <w:proofErr w:type="gramStart"/>
            <w:r w:rsidRPr="000C4F29">
              <w:rPr>
                <w:szCs w:val="24"/>
                <w:lang w:eastAsia="ko-KR"/>
              </w:rPr>
              <w:t>동남권 /</w:t>
            </w:r>
            <w:proofErr w:type="gramEnd"/>
            <w:r w:rsidRPr="000C4F29">
              <w:rPr>
                <w:szCs w:val="24"/>
                <w:lang w:eastAsia="ko-KR"/>
              </w:rPr>
              <w:t xml:space="preserve"> 첨단 조선·해운 / 자율운항선박, AI 용접·도장로봇 등 → 기존 조선산업 기반과 항만 인프라를 활용한 미래 제조·해운산업 변화 표현</w:t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41389254" w14:textId="77777777" w:rsidR="00B47C51" w:rsidRPr="00810126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2015F347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32527316" w14:textId="77777777" w:rsidR="00B47C51" w:rsidRDefault="002A3831">
            <w:r w:rsidRPr="000C4F29">
              <w:rPr>
                <w:b/>
                <w:sz w:val="24"/>
                <w:szCs w:val="28"/>
              </w:rPr>
              <w:t xml:space="preserve">4) </w:t>
            </w:r>
            <w:proofErr w:type="spellStart"/>
            <w:r w:rsidRPr="000C4F29">
              <w:rPr>
                <w:b/>
                <w:sz w:val="24"/>
                <w:szCs w:val="28"/>
              </w:rPr>
              <w:t>영상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0C4F29">
              <w:rPr>
                <w:b/>
                <w:sz w:val="24"/>
                <w:szCs w:val="28"/>
              </w:rPr>
              <w:t>구성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및 </w:t>
            </w:r>
            <w:proofErr w:type="spellStart"/>
            <w:r w:rsidRPr="000C4F29">
              <w:rPr>
                <w:b/>
                <w:sz w:val="24"/>
                <w:szCs w:val="28"/>
              </w:rPr>
              <w:t>주요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내용</w:t>
            </w:r>
          </w:p>
        </w:tc>
      </w:tr>
      <w:tr w:rsidR="00B47C51" w14:paraId="1E7753B6" w14:textId="77777777" w:rsidTr="000C4F29">
        <w:trPr>
          <w:jc w:val="center"/>
        </w:trPr>
        <w:tc>
          <w:tcPr>
            <w:tcW w:w="10148" w:type="dxa"/>
            <w:vAlign w:val="center"/>
          </w:tcPr>
          <w:p w14:paraId="0522ADEF" w14:textId="265FC3DB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영상의 전체 흐름, 주요 장면, 등장 공간·인물, 성장엔진이 적용되는 방식 등을 구체적으로 작성</w:t>
            </w:r>
            <w:r w:rsidRPr="000C4F29">
              <w:rPr>
                <w:szCs w:val="24"/>
                <w:lang w:eastAsia="ko-KR"/>
              </w:rPr>
              <w:br/>
              <w:t>※ 성장엔진이 공장·연구소·교통·병원·에너지·관광·일자리 등 지역 산업 및 생활과 연결되는 모습과 해당 지역의 특색이 드러나도록 작성</w:t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62D33532" w14:textId="77777777" w:rsidR="00B47C51" w:rsidRPr="00810126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0BB51C27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5BACB553" w14:textId="26700039" w:rsidR="00B47C51" w:rsidRDefault="002A3831">
            <w:r w:rsidRPr="000C4F29">
              <w:rPr>
                <w:b/>
                <w:sz w:val="24"/>
                <w:szCs w:val="28"/>
              </w:rPr>
              <w:t xml:space="preserve">5) AI </w:t>
            </w:r>
            <w:proofErr w:type="spellStart"/>
            <w:r w:rsidRPr="000C4F29">
              <w:rPr>
                <w:b/>
                <w:sz w:val="24"/>
                <w:szCs w:val="28"/>
              </w:rPr>
              <w:t>활용</w:t>
            </w:r>
            <w:proofErr w:type="spellEnd"/>
            <w:r w:rsidRPr="000C4F29">
              <w:rPr>
                <w:rFonts w:hint="eastAsia"/>
                <w:b/>
                <w:sz w:val="24"/>
                <w:szCs w:val="28"/>
                <w:lang w:eastAsia="ko-KR"/>
              </w:rPr>
              <w:t>내역</w:t>
            </w:r>
          </w:p>
        </w:tc>
      </w:tr>
      <w:tr w:rsidR="00B47C51" w14:paraId="7E966D43" w14:textId="77777777" w:rsidTr="000C4F29">
        <w:trPr>
          <w:jc w:val="center"/>
        </w:trPr>
        <w:tc>
          <w:tcPr>
            <w:tcW w:w="10148" w:type="dxa"/>
            <w:vAlign w:val="center"/>
          </w:tcPr>
          <w:p w14:paraId="3E05C655" w14:textId="3DDE276C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활용</w:t>
            </w:r>
            <w:r w:rsidRPr="000C4F29">
              <w:rPr>
                <w:rFonts w:hint="eastAsia"/>
                <w:szCs w:val="24"/>
                <w:lang w:eastAsia="ko-KR"/>
              </w:rPr>
              <w:t xml:space="preserve">한 </w:t>
            </w:r>
            <w:r w:rsidRPr="000C4F29">
              <w:rPr>
                <w:szCs w:val="24"/>
                <w:lang w:eastAsia="ko-KR"/>
              </w:rPr>
              <w:t xml:space="preserve">생성형 AI </w:t>
            </w:r>
            <w:proofErr w:type="spellStart"/>
            <w:r w:rsidRPr="000C4F29">
              <w:rPr>
                <w:szCs w:val="24"/>
                <w:lang w:eastAsia="ko-KR"/>
              </w:rPr>
              <w:t>도구명</w:t>
            </w:r>
            <w:proofErr w:type="spellEnd"/>
            <w:r w:rsidRPr="000C4F29">
              <w:rPr>
                <w:szCs w:val="24"/>
                <w:lang w:eastAsia="ko-KR"/>
              </w:rPr>
              <w:t xml:space="preserve">, 활용 단계(이미지·영상·음성·편집 등), 주요 활용방법 및 프롬프트 작성 </w:t>
            </w:r>
            <w:r w:rsidRPr="000C4F29">
              <w:rPr>
                <w:rFonts w:hint="eastAsia"/>
                <w:szCs w:val="24"/>
                <w:lang w:eastAsia="ko-KR"/>
              </w:rPr>
              <w:t>내역</w:t>
            </w:r>
            <w:r w:rsidRPr="000C4F29">
              <w:rPr>
                <w:szCs w:val="24"/>
                <w:lang w:eastAsia="ko-KR"/>
              </w:rPr>
              <w:t xml:space="preserve"> 등을 기재</w:t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="00810126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6BEAA0FE" w14:textId="77777777" w:rsidR="00B47C51" w:rsidRPr="00810126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622A63AC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232F21A4" w14:textId="77777777" w:rsidR="00B47C51" w:rsidRPr="000C4F29" w:rsidRDefault="002A3831">
            <w:pPr>
              <w:rPr>
                <w:sz w:val="24"/>
                <w:szCs w:val="28"/>
                <w:lang w:eastAsia="ko-KR"/>
              </w:rPr>
            </w:pPr>
            <w:r w:rsidRPr="000C4F29">
              <w:rPr>
                <w:b/>
                <w:sz w:val="24"/>
                <w:szCs w:val="28"/>
                <w:lang w:eastAsia="ko-KR"/>
              </w:rPr>
              <w:t>6) 기대효과 및 전달 메시지</w:t>
            </w:r>
          </w:p>
        </w:tc>
      </w:tr>
      <w:tr w:rsidR="00B47C51" w14:paraId="71C6DFB9" w14:textId="77777777" w:rsidTr="000C4F29">
        <w:trPr>
          <w:jc w:val="center"/>
        </w:trPr>
        <w:tc>
          <w:tcPr>
            <w:tcW w:w="10148" w:type="dxa"/>
            <w:vAlign w:val="center"/>
          </w:tcPr>
          <w:p w14:paraId="0F3EA830" w14:textId="0E9B32BB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작품을 통해 전달하고자 하는 정책 메시지, 국민 공감·홍보 효과 등을 작성</w:t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="00810126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7581B570" w14:textId="77777777" w:rsidR="00B47C51" w:rsidRPr="00810126" w:rsidRDefault="00B47C51">
      <w:pPr>
        <w:spacing w:after="0"/>
        <w:rPr>
          <w:sz w:val="24"/>
          <w:szCs w:val="28"/>
          <w:lang w:eastAsia="ko-KR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10148"/>
      </w:tblGrid>
      <w:tr w:rsidR="00B47C51" w14:paraId="7093484C" w14:textId="77777777" w:rsidTr="000C4F29">
        <w:trPr>
          <w:trHeight w:val="510"/>
          <w:jc w:val="center"/>
        </w:trPr>
        <w:tc>
          <w:tcPr>
            <w:tcW w:w="10148" w:type="dxa"/>
            <w:shd w:val="clear" w:color="auto" w:fill="D9EAF7"/>
            <w:vAlign w:val="center"/>
          </w:tcPr>
          <w:p w14:paraId="0C1A85FF" w14:textId="77777777" w:rsidR="00B47C51" w:rsidRDefault="002A3831">
            <w:r w:rsidRPr="000C4F29">
              <w:rPr>
                <w:b/>
                <w:sz w:val="24"/>
                <w:szCs w:val="28"/>
              </w:rPr>
              <w:t xml:space="preserve">7) </w:t>
            </w:r>
            <w:proofErr w:type="spellStart"/>
            <w:r w:rsidRPr="000C4F29">
              <w:rPr>
                <w:b/>
                <w:sz w:val="24"/>
                <w:szCs w:val="28"/>
              </w:rPr>
              <w:t>기타</w:t>
            </w:r>
            <w:proofErr w:type="spellEnd"/>
            <w:r w:rsidRPr="000C4F29">
              <w:rPr>
                <w:b/>
                <w:sz w:val="24"/>
                <w:szCs w:val="28"/>
              </w:rPr>
              <w:t xml:space="preserve"> </w:t>
            </w:r>
            <w:proofErr w:type="spellStart"/>
            <w:r w:rsidRPr="000C4F29">
              <w:rPr>
                <w:b/>
                <w:sz w:val="24"/>
                <w:szCs w:val="28"/>
              </w:rPr>
              <w:t>참고사항</w:t>
            </w:r>
            <w:proofErr w:type="spellEnd"/>
          </w:p>
        </w:tc>
      </w:tr>
      <w:tr w:rsidR="00B47C51" w14:paraId="681E2C8C" w14:textId="77777777" w:rsidTr="000C4F29">
        <w:trPr>
          <w:jc w:val="center"/>
        </w:trPr>
        <w:tc>
          <w:tcPr>
            <w:tcW w:w="10148" w:type="dxa"/>
            <w:vAlign w:val="center"/>
          </w:tcPr>
          <w:p w14:paraId="5D498272" w14:textId="5D13D0F9" w:rsidR="00B47C51" w:rsidRPr="000C4F29" w:rsidRDefault="002A3831">
            <w:pPr>
              <w:rPr>
                <w:szCs w:val="24"/>
                <w:lang w:eastAsia="ko-KR"/>
              </w:rPr>
            </w:pPr>
            <w:r w:rsidRPr="000C4F29">
              <w:rPr>
                <w:szCs w:val="24"/>
                <w:lang w:eastAsia="ko-KR"/>
              </w:rPr>
              <w:t>※ 1~6) 외 심사에 참고할 추가 설명, 제작 방식, 참고자료 등이 있는 경우 작성</w:t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="00810126">
              <w:rPr>
                <w:szCs w:val="24"/>
                <w:lang w:eastAsia="ko-KR"/>
              </w:rPr>
              <w:br/>
            </w:r>
            <w:r w:rsidR="00810126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  <w:r w:rsidRPr="000C4F29">
              <w:rPr>
                <w:szCs w:val="24"/>
                <w:lang w:eastAsia="ko-KR"/>
              </w:rPr>
              <w:br/>
            </w:r>
          </w:p>
        </w:tc>
      </w:tr>
    </w:tbl>
    <w:p w14:paraId="689FEE98" w14:textId="77777777" w:rsidR="00B47C51" w:rsidRDefault="00B47C51">
      <w:pPr>
        <w:spacing w:after="0"/>
        <w:rPr>
          <w:lang w:eastAsia="ko-KR"/>
        </w:rPr>
      </w:pPr>
    </w:p>
    <w:sectPr w:rsidR="00B47C51" w:rsidSect="000C4F29">
      <w:head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B61645" w14:textId="77777777" w:rsidR="008B17E3" w:rsidRDefault="008B17E3" w:rsidP="008B17E3">
      <w:pPr>
        <w:spacing w:after="0" w:line="240" w:lineRule="auto"/>
      </w:pPr>
      <w:r>
        <w:separator/>
      </w:r>
    </w:p>
  </w:endnote>
  <w:endnote w:type="continuationSeparator" w:id="0">
    <w:p w14:paraId="06A0F496" w14:textId="77777777" w:rsidR="008B17E3" w:rsidRDefault="008B17E3" w:rsidP="008B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Yu Mincho">
    <w:altName w:val="Yu Gothic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07F81" w14:textId="77777777" w:rsidR="008B17E3" w:rsidRDefault="008B17E3" w:rsidP="008B17E3">
      <w:pPr>
        <w:spacing w:after="0" w:line="240" w:lineRule="auto"/>
      </w:pPr>
      <w:r>
        <w:separator/>
      </w:r>
    </w:p>
  </w:footnote>
  <w:footnote w:type="continuationSeparator" w:id="0">
    <w:p w14:paraId="5DF0E984" w14:textId="77777777" w:rsidR="008B17E3" w:rsidRDefault="008B17E3" w:rsidP="008B1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85980" w14:textId="77CFA269" w:rsidR="008B17E3" w:rsidRPr="008B17E3" w:rsidRDefault="008B17E3" w:rsidP="008B17E3">
    <w:pPr>
      <w:rPr>
        <w:sz w:val="16"/>
        <w:lang w:eastAsia="ko-KR"/>
      </w:rPr>
    </w:pPr>
    <w:r>
      <w:rPr>
        <w:sz w:val="16"/>
        <w:lang w:eastAsia="ko-KR"/>
      </w:rPr>
      <w:t>[서식] 「대한민국 미래지도 2035」 AI 영상 공모전 제출 시, 해당 양식 활용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4F29"/>
    <w:rsid w:val="0015074B"/>
    <w:rsid w:val="001623FA"/>
    <w:rsid w:val="0029639D"/>
    <w:rsid w:val="002A3831"/>
    <w:rsid w:val="00326F90"/>
    <w:rsid w:val="00643801"/>
    <w:rsid w:val="007D6798"/>
    <w:rsid w:val="00810126"/>
    <w:rsid w:val="008628D6"/>
    <w:rsid w:val="008B17E3"/>
    <w:rsid w:val="00AA1D8D"/>
    <w:rsid w:val="00B47730"/>
    <w:rsid w:val="00B47C51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AF9ACB"/>
  <w14:defaultImageDpi w14:val="300"/>
  <w15:docId w15:val="{D984165F-254F-4658-BDB8-9F5145146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  <w:sz w:val="20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ff1">
    <w:name w:val="바탕글"/>
    <w:basedOn w:val="a1"/>
    <w:rsid w:val="007D679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Arial" w:eastAsia="굴림" w:hAnsi="굴림" w:cs="굴림"/>
      <w:color w:val="00000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8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227</Words>
  <Characters>1298</Characters>
  <Application>Microsoft Office Word</Application>
  <DocSecurity>0</DocSecurity>
  <Lines>10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KIAT</cp:lastModifiedBy>
  <cp:revision>5</cp:revision>
  <dcterms:created xsi:type="dcterms:W3CDTF">2013-12-23T23:15:00Z</dcterms:created>
  <dcterms:modified xsi:type="dcterms:W3CDTF">2026-09-28T07:19:00Z</dcterms:modified>
  <cp:category/>
</cp:coreProperties>
</file>